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96ADD" w14:textId="77777777" w:rsidR="000E70A6" w:rsidRDefault="00AC4D68" w:rsidP="008E5B2D">
      <w:pPr>
        <w:spacing w:after="0"/>
        <w:jc w:val="center"/>
      </w:pPr>
      <w:r>
        <w:rPr>
          <w:b/>
          <w:bCs/>
        </w:rPr>
        <w:t>OŚWIADCZENIE CZŁONKA ORGANIZACJI</w:t>
      </w:r>
      <w:r>
        <w:t xml:space="preserve"> </w:t>
      </w:r>
      <w:r>
        <w:rPr>
          <w:b/>
          <w:bCs/>
        </w:rPr>
        <w:t>o zapoznaniu się z klauzulą informacyjną dotyczącą przetwarzania danych osobowych</w:t>
      </w:r>
    </w:p>
    <w:p w14:paraId="2F50B012" w14:textId="77777777" w:rsidR="008E5B2D" w:rsidRDefault="008E5B2D" w:rsidP="008E5B2D">
      <w:pPr>
        <w:pStyle w:val="Tekstpodstawowy"/>
        <w:spacing w:after="0"/>
        <w:jc w:val="both"/>
      </w:pPr>
    </w:p>
    <w:p w14:paraId="76A25031" w14:textId="77777777" w:rsidR="008E5B2D" w:rsidRDefault="008E5B2D" w:rsidP="008E5B2D">
      <w:pPr>
        <w:pStyle w:val="Tekstpodstawowy"/>
        <w:spacing w:after="0"/>
        <w:jc w:val="both"/>
      </w:pPr>
    </w:p>
    <w:p w14:paraId="7F2568AA" w14:textId="509D0F69" w:rsidR="000E70A6" w:rsidRDefault="00AC4D68" w:rsidP="008E5B2D">
      <w:pPr>
        <w:pStyle w:val="Tekstpodstawowy"/>
        <w:spacing w:after="0"/>
        <w:jc w:val="both"/>
      </w:pPr>
      <w:r>
        <w:t>Miejscowość, data: ………………………………</w:t>
      </w:r>
      <w:r w:rsidR="008E5B2D">
        <w:t>……………………………..</w:t>
      </w:r>
    </w:p>
    <w:p w14:paraId="506477DE" w14:textId="77777777" w:rsidR="008E5B2D" w:rsidRDefault="008E5B2D" w:rsidP="008E5B2D">
      <w:pPr>
        <w:pStyle w:val="Tekstpodstawowy"/>
        <w:spacing w:after="0"/>
        <w:jc w:val="both"/>
      </w:pPr>
    </w:p>
    <w:p w14:paraId="592D2D6E" w14:textId="3EBF6BF3" w:rsidR="000E70A6" w:rsidRDefault="00AC4D68" w:rsidP="008E5B2D">
      <w:pPr>
        <w:pStyle w:val="Tekstpodstawowy"/>
        <w:tabs>
          <w:tab w:val="left" w:pos="5812"/>
        </w:tabs>
        <w:spacing w:after="0"/>
        <w:jc w:val="both"/>
      </w:pPr>
      <w:r>
        <w:t>Pełna nazwa organizacji: ……………………………………………………</w:t>
      </w:r>
      <w:r w:rsidR="008E5B2D">
        <w:t>..</w:t>
      </w:r>
    </w:p>
    <w:p w14:paraId="4612CF93" w14:textId="77777777" w:rsidR="008E5B2D" w:rsidRDefault="008E5B2D" w:rsidP="008E5B2D">
      <w:pPr>
        <w:pStyle w:val="Tekstpodstawowy"/>
        <w:spacing w:after="0"/>
        <w:jc w:val="both"/>
      </w:pPr>
    </w:p>
    <w:p w14:paraId="3534AF8D" w14:textId="457F775C" w:rsidR="000E70A6" w:rsidRDefault="00AC4D68" w:rsidP="008E5B2D">
      <w:pPr>
        <w:pStyle w:val="Tekstpodstawowy"/>
        <w:spacing w:after="0"/>
        <w:jc w:val="both"/>
      </w:pPr>
      <w:r>
        <w:t xml:space="preserve">Ja, niżej </w:t>
      </w:r>
      <w:r>
        <w:t>podpisany/podpisana:</w:t>
      </w:r>
    </w:p>
    <w:p w14:paraId="1F3E747E" w14:textId="77777777" w:rsidR="008E5B2D" w:rsidRDefault="008E5B2D" w:rsidP="008E5B2D">
      <w:pPr>
        <w:pStyle w:val="Tekstpodstawowy"/>
        <w:spacing w:after="0"/>
        <w:jc w:val="both"/>
      </w:pPr>
    </w:p>
    <w:p w14:paraId="40FB832B" w14:textId="4BEB5C3D" w:rsidR="008E5B2D" w:rsidRDefault="008E5B2D" w:rsidP="008E5B2D">
      <w:pPr>
        <w:pStyle w:val="Tekstpodstawowy"/>
        <w:spacing w:after="0"/>
        <w:jc w:val="both"/>
      </w:pPr>
      <w:r>
        <w:t>Imię i nazwisko: …………………………………………………………………..</w:t>
      </w:r>
    </w:p>
    <w:p w14:paraId="5699AF91" w14:textId="77777777" w:rsidR="008E5B2D" w:rsidRDefault="008E5B2D" w:rsidP="008E5B2D">
      <w:pPr>
        <w:pStyle w:val="Tekstpodstawowy"/>
        <w:spacing w:after="0"/>
        <w:jc w:val="both"/>
      </w:pPr>
    </w:p>
    <w:p w14:paraId="792D0E83" w14:textId="6A891A1E" w:rsidR="008E5B2D" w:rsidRDefault="008E5B2D" w:rsidP="008E5B2D">
      <w:pPr>
        <w:pStyle w:val="Tekstpodstawowy"/>
        <w:spacing w:after="0"/>
        <w:jc w:val="both"/>
      </w:pPr>
      <w:r>
        <w:t>Numer albumu: …………………………………………………………………..</w:t>
      </w:r>
    </w:p>
    <w:p w14:paraId="1EE4A05C" w14:textId="77777777" w:rsidR="008E5B2D" w:rsidRDefault="008E5B2D" w:rsidP="008E5B2D">
      <w:pPr>
        <w:spacing w:after="0"/>
        <w:jc w:val="both"/>
      </w:pPr>
    </w:p>
    <w:p w14:paraId="113600C3" w14:textId="77777777" w:rsidR="000B3CE8" w:rsidRDefault="000B3CE8" w:rsidP="008E5B2D">
      <w:pPr>
        <w:pStyle w:val="Tekstpodstawowy"/>
        <w:spacing w:after="0"/>
        <w:jc w:val="both"/>
      </w:pPr>
    </w:p>
    <w:p w14:paraId="0E0421F6" w14:textId="4FFBFD6C" w:rsidR="008E5B2D" w:rsidRDefault="000B3CE8" w:rsidP="008E5B2D">
      <w:pPr>
        <w:pStyle w:val="Tekstpodstawowy"/>
        <w:spacing w:after="0"/>
        <w:jc w:val="both"/>
      </w:pPr>
      <w:r w:rsidRPr="000B3CE8">
        <w:t>Oświadczam, że zostałem/zostałam poinformowany/poinformowana, iż administratorem moich danych osobowych jest Uniwersytet w Białymstoku, oraz że zapoznałem/zapoznałam się z klauzulą informacyjną dotyczącą przetwarzania danych osobowych członków organizacji oraz innych osób, których dane są przetwarzane w związku z działalnością organizacji, dostępną na stronie internetowej Uniwersytetu w Białymstoku.</w:t>
      </w:r>
    </w:p>
    <w:p w14:paraId="739F1F3D" w14:textId="77777777" w:rsidR="00367BA1" w:rsidRDefault="00367BA1" w:rsidP="008E5B2D">
      <w:pPr>
        <w:pStyle w:val="Tekstpodstawowy"/>
        <w:spacing w:after="0"/>
        <w:jc w:val="both"/>
      </w:pPr>
    </w:p>
    <w:p w14:paraId="15FDB75D" w14:textId="77777777" w:rsidR="000B3CE8" w:rsidRDefault="000B3CE8" w:rsidP="008E5B2D">
      <w:pPr>
        <w:pStyle w:val="Tekstpodstawowy"/>
        <w:spacing w:after="0"/>
        <w:jc w:val="both"/>
      </w:pPr>
    </w:p>
    <w:p w14:paraId="001C4346" w14:textId="77777777" w:rsidR="008E5B2D" w:rsidRDefault="008E5B2D" w:rsidP="008E5B2D">
      <w:pPr>
        <w:pStyle w:val="Tekstpodstawowy"/>
        <w:spacing w:after="0"/>
        <w:jc w:val="both"/>
      </w:pPr>
    </w:p>
    <w:p w14:paraId="052EFD60" w14:textId="3AC0D412" w:rsidR="008E5B2D" w:rsidRDefault="00AC4D68" w:rsidP="008E5B2D">
      <w:pPr>
        <w:pStyle w:val="Tekstpodstawowy"/>
        <w:spacing w:after="0"/>
        <w:jc w:val="right"/>
      </w:pPr>
      <w:r>
        <w:t>………………………………………</w:t>
      </w:r>
      <w:r w:rsidR="008E5B2D">
        <w:t>……………….</w:t>
      </w:r>
    </w:p>
    <w:p w14:paraId="6DAA0C01" w14:textId="4F9794A9" w:rsidR="000E70A6" w:rsidRDefault="00AC4D68" w:rsidP="008E5B2D">
      <w:pPr>
        <w:pStyle w:val="Tekstpodstawowy"/>
        <w:spacing w:after="0"/>
        <w:jc w:val="right"/>
      </w:pPr>
      <w:r>
        <w:t>(czytelny podpis członka organizacji)</w:t>
      </w:r>
    </w:p>
    <w:p w14:paraId="08BF8AE2" w14:textId="0C54CCFE" w:rsidR="000E70A6" w:rsidRDefault="000E70A6" w:rsidP="008E5B2D">
      <w:pPr>
        <w:pStyle w:val="Tekstpodstawowy"/>
        <w:spacing w:after="0"/>
        <w:jc w:val="both"/>
      </w:pPr>
    </w:p>
    <w:sectPr w:rsidR="000E70A6" w:rsidSect="008E5B2D">
      <w:footerReference w:type="default" r:id="rId7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D9059" w14:textId="77777777" w:rsidR="00802013" w:rsidRDefault="00802013">
      <w:pPr>
        <w:spacing w:after="0" w:line="240" w:lineRule="auto"/>
      </w:pPr>
      <w:r>
        <w:separator/>
      </w:r>
    </w:p>
  </w:endnote>
  <w:endnote w:type="continuationSeparator" w:id="0">
    <w:p w14:paraId="7674FC7C" w14:textId="77777777" w:rsidR="00802013" w:rsidRDefault="00802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Consola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FECA" w14:textId="77777777" w:rsidR="000E70A6" w:rsidRDefault="00AC4D68">
    <w:pPr>
      <w:pStyle w:val="Stopka"/>
      <w:jc w:val="right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8E5B2D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EF472" w14:textId="77777777" w:rsidR="00802013" w:rsidRDefault="00802013">
      <w:pPr>
        <w:spacing w:after="0" w:line="240" w:lineRule="auto"/>
      </w:pPr>
      <w:r>
        <w:separator/>
      </w:r>
    </w:p>
  </w:footnote>
  <w:footnote w:type="continuationSeparator" w:id="0">
    <w:p w14:paraId="6064C159" w14:textId="77777777" w:rsidR="00802013" w:rsidRDefault="008020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A992EDB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0" w15:restartNumberingAfterBreak="0">
    <w:nsid w:val="00A99411"/>
    <w:multiLevelType w:val="multilevel"/>
    <w:tmpl w:val="DA188B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97555264">
    <w:abstractNumId w:val="8"/>
  </w:num>
  <w:num w:numId="2" w16cid:durableId="1354260608">
    <w:abstractNumId w:val="6"/>
  </w:num>
  <w:num w:numId="3" w16cid:durableId="762802951">
    <w:abstractNumId w:val="5"/>
  </w:num>
  <w:num w:numId="4" w16cid:durableId="595017068">
    <w:abstractNumId w:val="4"/>
  </w:num>
  <w:num w:numId="5" w16cid:durableId="187526061">
    <w:abstractNumId w:val="7"/>
  </w:num>
  <w:num w:numId="6" w16cid:durableId="2057316975">
    <w:abstractNumId w:val="3"/>
  </w:num>
  <w:num w:numId="7" w16cid:durableId="52393124">
    <w:abstractNumId w:val="2"/>
  </w:num>
  <w:num w:numId="8" w16cid:durableId="704142288">
    <w:abstractNumId w:val="1"/>
  </w:num>
  <w:num w:numId="9" w16cid:durableId="243032664">
    <w:abstractNumId w:val="0"/>
  </w:num>
  <w:num w:numId="10" w16cid:durableId="1006247969">
    <w:abstractNumId w:val="9"/>
  </w:num>
  <w:num w:numId="11" w16cid:durableId="15378099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CE8"/>
    <w:rsid w:val="000C1C73"/>
    <w:rsid w:val="000E70A6"/>
    <w:rsid w:val="0015074B"/>
    <w:rsid w:val="001F6B50"/>
    <w:rsid w:val="0029639D"/>
    <w:rsid w:val="00326F90"/>
    <w:rsid w:val="00367BA1"/>
    <w:rsid w:val="00490BA3"/>
    <w:rsid w:val="005109B5"/>
    <w:rsid w:val="0069598A"/>
    <w:rsid w:val="007D6412"/>
    <w:rsid w:val="00802013"/>
    <w:rsid w:val="008E5B2D"/>
    <w:rsid w:val="00AA1D8D"/>
    <w:rsid w:val="00AC4D68"/>
    <w:rsid w:val="00B47730"/>
    <w:rsid w:val="00C66BE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624D94"/>
  <w15:docId w15:val="{EDD94D05-41B9-4BBF-A958-98F34EDC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table" w:customStyle="1" w:styleId="Table">
    <w:name w:val="Table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VerbatimChar">
    <w:name w:val="Verbatim Char"/>
    <w:basedOn w:val="TekstpodstawowyZnak"/>
    <w:link w:val="SourceCode"/>
    <w:rPr>
      <w:rFonts w:ascii="Consolas" w:hAnsi="Consolas" w:cs="Consolas"/>
      <w:noProof/>
      <w:sz w:val="22"/>
      <w:szCs w:val="22"/>
    </w:rPr>
  </w:style>
  <w:style w:type="paragraph" w:customStyle="1" w:styleId="SourceCode">
    <w:name w:val="Source Code"/>
    <w:basedOn w:val="Normalny"/>
    <w:link w:val="VerbatimChar"/>
    <w:pPr>
      <w:wordWrap w:val="0"/>
      <w:spacing w:before="120" w:after="0" w:line="240" w:lineRule="auto"/>
    </w:pPr>
    <w:rPr>
      <w:rFonts w:ascii="Consolas" w:hAnsi="Consolas" w:cs="Consolas"/>
      <w:sz w:val="22"/>
    </w:rPr>
  </w:style>
  <w:style w:type="character" w:customStyle="1" w:styleId="KeywordTok">
    <w:name w:val="Keyword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DataTypeTok">
    <w:name w:val="DataTypeTok"/>
    <w:basedOn w:val="VerbatimChar"/>
    <w:rPr>
      <w:rFonts w:ascii="Consolas" w:hAnsi="Consolas" w:cs="Consolas"/>
      <w:noProof/>
      <w:color w:val="902000"/>
      <w:sz w:val="22"/>
      <w:szCs w:val="22"/>
    </w:rPr>
  </w:style>
  <w:style w:type="character" w:customStyle="1" w:styleId="DecValTok">
    <w:name w:val="DecVal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BaseNTok">
    <w:name w:val="BaseN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FloatTok">
    <w:name w:val="Float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ConstantTok">
    <w:name w:val="ConstantTok"/>
    <w:basedOn w:val="VerbatimChar"/>
    <w:rPr>
      <w:rFonts w:ascii="Consolas" w:hAnsi="Consolas" w:cs="Consolas"/>
      <w:noProof/>
      <w:color w:val="880000"/>
      <w:sz w:val="22"/>
      <w:szCs w:val="22"/>
    </w:rPr>
  </w:style>
  <w:style w:type="character" w:customStyle="1" w:styleId="CharTok">
    <w:name w:val="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CharTok">
    <w:name w:val="Special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tringTok">
    <w:name w:val="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VerbatimStringTok">
    <w:name w:val="Verbatim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StringTok">
    <w:name w:val="SpecialStringTok"/>
    <w:basedOn w:val="VerbatimChar"/>
    <w:rPr>
      <w:rFonts w:ascii="Consolas" w:hAnsi="Consolas" w:cs="Consolas"/>
      <w:noProof/>
      <w:color w:val="BB6688"/>
      <w:sz w:val="22"/>
      <w:szCs w:val="22"/>
    </w:rPr>
  </w:style>
  <w:style w:type="character" w:customStyle="1" w:styleId="ImportTok">
    <w:name w:val="ImportTok"/>
    <w:basedOn w:val="VerbatimChar"/>
    <w:rPr>
      <w:rFonts w:ascii="Consolas" w:hAnsi="Consolas" w:cs="Consolas"/>
      <w:b/>
      <w:noProof/>
      <w:color w:val="008000"/>
      <w:sz w:val="22"/>
      <w:szCs w:val="22"/>
    </w:rPr>
  </w:style>
  <w:style w:type="character" w:customStyle="1" w:styleId="CommentTok">
    <w:name w:val="CommentTok"/>
    <w:basedOn w:val="VerbatimChar"/>
    <w:rPr>
      <w:rFonts w:ascii="Consolas" w:hAnsi="Consolas" w:cs="Consolas"/>
      <w:i/>
      <w:noProof/>
      <w:color w:val="60A0B0"/>
      <w:sz w:val="22"/>
      <w:szCs w:val="22"/>
    </w:rPr>
  </w:style>
  <w:style w:type="character" w:customStyle="1" w:styleId="DocumentationTok">
    <w:name w:val="DocumentationTok"/>
    <w:basedOn w:val="VerbatimChar"/>
    <w:rPr>
      <w:rFonts w:ascii="Consolas" w:hAnsi="Consolas" w:cs="Consolas"/>
      <w:i/>
      <w:noProof/>
      <w:color w:val="BA2121"/>
      <w:sz w:val="22"/>
      <w:szCs w:val="22"/>
    </w:rPr>
  </w:style>
  <w:style w:type="character" w:customStyle="1" w:styleId="AnnotationTok">
    <w:name w:val="Annot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CommentVarTok">
    <w:name w:val="CommentVar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OtherTok">
    <w:name w:val="OtherTok"/>
    <w:basedOn w:val="VerbatimChar"/>
    <w:rPr>
      <w:rFonts w:ascii="Consolas" w:hAnsi="Consolas" w:cs="Consolas"/>
      <w:noProof/>
      <w:color w:val="007020"/>
      <w:sz w:val="22"/>
      <w:szCs w:val="22"/>
    </w:rPr>
  </w:style>
  <w:style w:type="character" w:customStyle="1" w:styleId="FunctionTok">
    <w:name w:val="FunctionTok"/>
    <w:basedOn w:val="VerbatimChar"/>
    <w:rPr>
      <w:rFonts w:ascii="Consolas" w:hAnsi="Consolas" w:cs="Consolas"/>
      <w:noProof/>
      <w:color w:val="06287E"/>
      <w:sz w:val="22"/>
      <w:szCs w:val="22"/>
    </w:rPr>
  </w:style>
  <w:style w:type="character" w:customStyle="1" w:styleId="VariableTok">
    <w:name w:val="VariableTok"/>
    <w:basedOn w:val="VerbatimChar"/>
    <w:rPr>
      <w:rFonts w:ascii="Consolas" w:hAnsi="Consolas" w:cs="Consolas"/>
      <w:noProof/>
      <w:color w:val="19177C"/>
      <w:sz w:val="22"/>
      <w:szCs w:val="22"/>
    </w:rPr>
  </w:style>
  <w:style w:type="character" w:customStyle="1" w:styleId="ControlFlowTok">
    <w:name w:val="ControlFlow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OperatorTok">
    <w:name w:val="OperatorTok"/>
    <w:basedOn w:val="VerbatimChar"/>
    <w:rPr>
      <w:rFonts w:ascii="Consolas" w:hAnsi="Consolas" w:cs="Consolas"/>
      <w:noProof/>
      <w:color w:val="666666"/>
      <w:sz w:val="22"/>
      <w:szCs w:val="22"/>
    </w:rPr>
  </w:style>
  <w:style w:type="character" w:customStyle="1" w:styleId="BuiltInTok">
    <w:name w:val="BuiltInTok"/>
    <w:basedOn w:val="VerbatimChar"/>
    <w:rPr>
      <w:rFonts w:ascii="Consolas" w:hAnsi="Consolas" w:cs="Consolas"/>
      <w:noProof/>
      <w:color w:val="008000"/>
      <w:sz w:val="22"/>
      <w:szCs w:val="22"/>
    </w:rPr>
  </w:style>
  <w:style w:type="character" w:customStyle="1" w:styleId="ExtensionTok">
    <w:name w:val="Extension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PreprocessorTok">
    <w:name w:val="PreprocessorTok"/>
    <w:basedOn w:val="VerbatimChar"/>
    <w:rPr>
      <w:rFonts w:ascii="Consolas" w:hAnsi="Consolas" w:cs="Consolas"/>
      <w:noProof/>
      <w:color w:val="BC7A00"/>
      <w:sz w:val="22"/>
      <w:szCs w:val="22"/>
    </w:rPr>
  </w:style>
  <w:style w:type="character" w:customStyle="1" w:styleId="AttributeTok">
    <w:name w:val="AttributeTok"/>
    <w:basedOn w:val="VerbatimChar"/>
    <w:rPr>
      <w:rFonts w:ascii="Consolas" w:hAnsi="Consolas" w:cs="Consolas"/>
      <w:noProof/>
      <w:color w:val="7D9029"/>
      <w:sz w:val="22"/>
      <w:szCs w:val="22"/>
    </w:rPr>
  </w:style>
  <w:style w:type="character" w:customStyle="1" w:styleId="RegionMarkerTok">
    <w:name w:val="RegionMarker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InformationTok">
    <w:name w:val="Inform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WarningTok">
    <w:name w:val="Warning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AlertTok">
    <w:name w:val="Alert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ErrorTok">
    <w:name w:val="Error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NormalTok">
    <w:name w:val="NormalTok"/>
    <w:basedOn w:val="VerbatimChar"/>
    <w:rPr>
      <w:rFonts w:ascii="Consolas" w:hAnsi="Consolas" w:cs="Consolas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 Paulina</dc:creator>
  <cp:keywords/>
  <dc:description>Document produced on the LOGiT FLOW platform with AI assistance.</dc:description>
  <cp:lastModifiedBy>Jacek Witkowski</cp:lastModifiedBy>
  <cp:revision>2</cp:revision>
  <cp:lastPrinted>2026-10-14T10:19:00Z</cp:lastPrinted>
  <dcterms:created xsi:type="dcterms:W3CDTF">2026-10-14T13:15:00Z</dcterms:created>
  <dcterms:modified xsi:type="dcterms:W3CDTF">2026-10-14T13:15:00Z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iTFLOW.Platform">
    <vt:lpwstr>LOGiT FLOW</vt:lpwstr>
  </property>
  <property fmtid="{D5CDD505-2E9C-101B-9397-08002B2CF9AE}" pid="3" name="LOGiTFLOW.AIGenerated">
    <vt:bool>true</vt:bool>
  </property>
  <property fmtid="{D5CDD505-2E9C-101B-9397-08002B2CF9AE}" pid="4" name="LOGiTFLOW.Provenance">
    <vt:lpwstr>ai-generated</vt:lpwstr>
  </property>
  <property fmtid="{D5CDD505-2E9C-101B-9397-08002B2CF9AE}" pid="5" name="LOGiTFLOW.DigitalSourceType">
    <vt:lpwstr>http://cv.iptc.org/newscodes/digitalsourcetype/trainedAlgorithmicMedia</vt:lpwstr>
  </property>
  <property fmtid="{D5CDD505-2E9C-101B-9397-08002B2CF9AE}" pid="6" name="LOGiTFLOW.GeneratedAt">
    <vt:filetime>2026-10-13T07:01:52Z</vt:filetime>
  </property>
</Properties>
</file>